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AC" w:rsidRPr="009A0994" w:rsidRDefault="00384603" w:rsidP="00384603">
      <w:pPr>
        <w:spacing w:after="120"/>
        <w:jc w:val="right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5DB79853" wp14:editId="40D82DEE">
            <wp:extent cx="3000375" cy="23622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71AC" w:rsidRPr="009A0994" w:rsidRDefault="005443CA">
      <w:pPr>
        <w:spacing w:after="0"/>
        <w:rPr>
          <w:lang w:val="ru-RU"/>
        </w:rPr>
      </w:pPr>
      <w:r w:rsidRPr="009A0994">
        <w:rPr>
          <w:b/>
          <w:lang w:val="ru-RU"/>
        </w:rPr>
        <w:t>План проверок членов саморегулируемой организации</w:t>
      </w:r>
    </w:p>
    <w:p w:rsidR="00D571AC" w:rsidRDefault="005443CA">
      <w:pPr>
        <w:spacing w:after="0"/>
        <w:rPr>
          <w:b/>
          <w:lang w:val="ru-RU"/>
        </w:rPr>
      </w:pPr>
      <w:r w:rsidRPr="009A0994">
        <w:rPr>
          <w:b/>
          <w:lang w:val="ru-RU"/>
        </w:rPr>
        <w:t>Ассоциации «Содружество профессиональных проектировщиков в строительстве» на сентябрь 2026 года.</w:t>
      </w:r>
    </w:p>
    <w:p w:rsidR="009A0994" w:rsidRPr="009A0994" w:rsidRDefault="009A0994">
      <w:pPr>
        <w:spacing w:after="0"/>
        <w:rPr>
          <w:lang w:val="ru-RU"/>
        </w:rPr>
      </w:pPr>
    </w:p>
    <w:tbl>
      <w:tblPr>
        <w:tblW w:w="15143" w:type="dxa"/>
        <w:tblLayout w:type="fixed"/>
        <w:tblLook w:val="04A0" w:firstRow="1" w:lastRow="0" w:firstColumn="1" w:lastColumn="0" w:noHBand="0" w:noVBand="1"/>
      </w:tblPr>
      <w:tblGrid>
        <w:gridCol w:w="682"/>
        <w:gridCol w:w="986"/>
        <w:gridCol w:w="5082"/>
        <w:gridCol w:w="1755"/>
        <w:gridCol w:w="6638"/>
      </w:tblGrid>
      <w:tr w:rsidR="00D571AC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  <w:jc w:val="center"/>
            </w:pPr>
            <w:r>
              <w:rPr>
                <w:b/>
              </w:rPr>
              <w:t>№</w:t>
            </w:r>
          </w:p>
          <w:p w:rsidR="00D571AC" w:rsidRDefault="005443CA">
            <w:pPr>
              <w:spacing w:after="0" w:line="240" w:lineRule="auto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  <w:jc w:val="center"/>
            </w:pPr>
            <w:r>
              <w:rPr>
                <w:b/>
              </w:rPr>
              <w:t>ОПФ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  <w:jc w:val="center"/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  <w:jc w:val="center"/>
            </w:pPr>
            <w:r>
              <w:rPr>
                <w:b/>
              </w:rPr>
              <w:t>ИНН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  <w:jc w:val="center"/>
            </w:pPr>
            <w:r>
              <w:rPr>
                <w:b/>
              </w:rPr>
              <w:t>Адрес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СК Энерго Стандарт+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1639058060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423846, Республика Татарстан, Тукаевский р-н, д.Калинино, ул.Центральная, дом 25</w:t>
            </w:r>
          </w:p>
        </w:tc>
      </w:tr>
      <w:tr w:rsidR="00D571AC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РАСТ-ИНЖИНИРИНГ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1645030369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 w:rsidRPr="009A0994">
              <w:rPr>
                <w:lang w:val="ru-RU"/>
              </w:rPr>
              <w:t xml:space="preserve">423237, Республика Татарстан, Бугульминский р-н, г. Бугульма, ул. </w:t>
            </w:r>
            <w:r>
              <w:t>Александра Суворова, д. 63 А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СтройГарант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1645035180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423237, Республика Татарстан, Бугульминский м.р-н, г.п.город Бугульма, г.Бугульма, ул.Мусы Джалиля, здание 6А, офис 23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ПКФ АЛМИНА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1650384074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423806, Республика Татарстан, г.Набережные Челны, ул.им.Низаметдинова Р.М., дом 16 Б, корпус литер М, офис 3, этаж 2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ГК ЭКОТЕРМ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1650432151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423832, Республика Татарстан, г.Набережные Челны, ул.Раскольникова, дом 79 А, кв.49</w:t>
            </w:r>
          </w:p>
        </w:tc>
      </w:tr>
      <w:tr w:rsidR="00D571AC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ДСЖКХИБ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1651097869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 w:rsidRPr="009A0994">
              <w:rPr>
                <w:lang w:val="ru-RU"/>
              </w:rPr>
              <w:t xml:space="preserve">423575, Республика Татарстан, г. Нижнекамск, ул. </w:t>
            </w:r>
            <w:r>
              <w:t>Ахтубинская, зд. 21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ЭкоСервисПроект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1655290888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420100, Республика Татарстан, г.Казань, пр-кт Победы, дом 122, кв.36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БЮРО ПЛАНЕР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1655457671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 xml:space="preserve">420087, Республика Татарстан, г.Казань, ул.Даурская, дом </w:t>
            </w:r>
            <w:r w:rsidRPr="009A0994">
              <w:rPr>
                <w:lang w:val="ru-RU"/>
              </w:rPr>
              <w:lastRenderedPageBreak/>
              <w:t>44В, кв.109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ИС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1656089741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420066, Республика Татарстан, г.Казань, пер.Односторонки Гривки, дом 10, кв.97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ТеплоЭнергоЦентр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1659195674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422350, Республика Татарстан, м.р-н Апастовский, г.п. поселок городского типа Апастово, пгт Апастово, ул.Советская, зд.2А, этаж/пом. 2/№4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Нева-Принт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1660024602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420025, Республика Татарстан, г.Казань, пер.Дорожный (Малые Клыки), дом 3Б</w:t>
            </w:r>
          </w:p>
        </w:tc>
      </w:tr>
      <w:tr w:rsidR="00D571AC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СК ТАУР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1660307914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 w:rsidRPr="009A0994">
              <w:rPr>
                <w:lang w:val="ru-RU"/>
              </w:rPr>
              <w:t xml:space="preserve">420140, Республика Татарстан, г. Казань, ул. </w:t>
            </w:r>
            <w:r>
              <w:t>Минская, д. 52, кв. 26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ДСК 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1683002877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420032, Республика Татарстан, г.Казань, ул.Энгельса, дом 17, к.2, офис 1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РусАртСтрой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1683016380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420102, Республика Татарстан, г.Казань, ул.Чкалова, дом 7Б, кв.29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РК МАСТЕР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9702025740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420087, Республика Татарстан, г.Казань, ул.Гвардейская, зд.54И, этаж 3, помещ.304</w:t>
            </w:r>
          </w:p>
        </w:tc>
      </w:tr>
      <w:tr w:rsidR="00D571AC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ЭСКОН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7727689467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 w:rsidRPr="009A0994">
              <w:rPr>
                <w:lang w:val="ru-RU"/>
              </w:rPr>
              <w:t xml:space="preserve">117623, г.Москва, ул.Мелитопольская 2-я, дом 21, корп.2, этаж 1, пом. </w:t>
            </w:r>
            <w:r>
              <w:t>Х, ком.1, офис 2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СТЗ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7730272377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121151, г.Москва, вн.тер.г.муниципальный округ Дорогомилово, наб.Тараса Шевченко, дом 23А, эт.11, пом.</w:t>
            </w:r>
            <w:r>
              <w:t>I</w:t>
            </w:r>
            <w:r w:rsidRPr="009A0994">
              <w:rPr>
                <w:lang w:val="ru-RU"/>
              </w:rPr>
              <w:t>, каб.1И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ПРОЕКТСТРОЙ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9109009865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297577, Республика Крым, Симферопольский район, с.Пионерское, ул.Козьайдын, дом 24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Мимар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9109025401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297600, Республика Крым, Белогорский район, г.Белогорск, ул.Пригородная, дом 76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АТЭР 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9109025994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297503, Республика Крым, м.р-н Симферопольский, с.п.Мироновское, с.Мирное, пер.Железнодорожный, дом 7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АЛЬТЕРНАТИВА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6672267359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620000, Свердловская область, г.Екатеринбург, ул.Мамина-Сибиряка, дом 145, офис 485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Техноремстрой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5406997804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630005, Новосибирская область, г.Новосибирск, ул.Ипподромская, дом 19, офис 7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Архитектурный Совет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2014264350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364024, Чеченская Республика, г.Грозный, просп. А. А. Кадырова, дом 3/25, этаж 28, пом.7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СтройПрогресс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2015040835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366282, Чеченская Республика, г.Аргун, ул.К.Маркса, дом 23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ГОРСТРОЙТОРГ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2016004886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364043, Чеченская Республика, г.Грозный, ул.Энтузиастов, дом 213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АМИКС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2016078743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364024, Чеченская Республика, г.Грозный, ул. имени Шейха Али Митаева, д. 21, этаж 2, офис 6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КЛИМАТ СЕРВИС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2016080069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364052, Чеченская Республика, г.Грозный, ул.им. Х.Г. Янгулбаева, дом 201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Арсенал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7743298799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105187, г. Москва, внутренняя тер. гор. муниципальный округ Соколиная Гора, ул.Щербаковская, д.55, к.3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Вертикаль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7842194085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603000, Нижегородская область, г.Нижний Новгород, ул.Варварская, д.7, помещ.П45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СК Огнекор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6658184647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620091, Свердловская обл., г.Екатеринбург, пр-кт Космонавтов, стр.11Б, офис 89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Кайдзен плюс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6671101495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620142, Свердловская область, г.Екатеринбург, ул.Чапаева, дом 21, кв.156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ИП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Самедов Э.В.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770973438882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115580, г.Москва, бульвар Ореховый, д.24, к.4, кв.154</w:t>
            </w:r>
          </w:p>
        </w:tc>
      </w:tr>
      <w:tr w:rsidR="00D571AC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ТИС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1400052460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 w:rsidRPr="009A0994">
              <w:rPr>
                <w:lang w:val="ru-RU"/>
              </w:rPr>
              <w:t xml:space="preserve">678500, Республика Саха (Якутия), м.р-н Верхоянский, г.п. поселок Батагай, пгт Батагай, ул. </w:t>
            </w:r>
            <w:r>
              <w:t>Ленина, д. 17, кв. 38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СК РТС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6162083435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344004, Ростовская область, г.Ростов-на-Дону, ул.Мадояна, дом 65/12, оф.8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АПР 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9702020540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109316, г.Москва, вн.тер.г. муниципальный округ Нижегородский, ул.Талалихина, дом 41, стр.9, пом.14/6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АПЦ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9706018091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109380, г.Москва, ул.Чагинская, дом 4, стр.13, помещ.9/3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ИНТЕХНИКА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7703579000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123056, г.Москва, вн.тер.г.муниципальный округ Пресненский, пер.Красина, дом 15, стр.1, помещ.1/1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Глекель энд Партнерс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7704306340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119435, г.Москва, ул.Пироговская М., дом 13, стр.1, пом.1, комн.1, часть комн.3</w:t>
            </w:r>
          </w:p>
        </w:tc>
      </w:tr>
      <w:tr w:rsidR="00D571AC" w:rsidRPr="00B54FD0" w:rsidTr="009A099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D571AC" w:rsidP="009A099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ООО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Сила Тишины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Default="005443CA">
            <w:pPr>
              <w:spacing w:after="0" w:line="240" w:lineRule="auto"/>
            </w:pPr>
            <w:r>
              <w:t>7714433267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1AC" w:rsidRPr="009A0994" w:rsidRDefault="005443CA">
            <w:pPr>
              <w:spacing w:after="0" w:line="240" w:lineRule="auto"/>
              <w:rPr>
                <w:lang w:val="ru-RU"/>
              </w:rPr>
            </w:pPr>
            <w:r w:rsidRPr="009A0994">
              <w:rPr>
                <w:lang w:val="ru-RU"/>
              </w:rPr>
              <w:t>123007, г.Москва, вн.тер.г. муниципальный округ Хорошевский, ул.5-я Магистральная, д.14, стр.1, помещ.3/3</w:t>
            </w:r>
          </w:p>
        </w:tc>
      </w:tr>
    </w:tbl>
    <w:p w:rsidR="005443CA" w:rsidRPr="009A0994" w:rsidRDefault="005443CA">
      <w:pPr>
        <w:rPr>
          <w:lang w:val="ru-RU"/>
        </w:rPr>
      </w:pPr>
    </w:p>
    <w:sectPr w:rsidR="005443CA" w:rsidRPr="009A0994" w:rsidSect="00034616">
      <w:pgSz w:w="16838" w:h="11906" w:orient="landscape"/>
      <w:pgMar w:top="68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BF33853"/>
    <w:multiLevelType w:val="hybridMultilevel"/>
    <w:tmpl w:val="F4E479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115BA"/>
    <w:rsid w:val="00326F90"/>
    <w:rsid w:val="00384603"/>
    <w:rsid w:val="005443CA"/>
    <w:rsid w:val="009A0994"/>
    <w:rsid w:val="00AA1D8D"/>
    <w:rsid w:val="00B47730"/>
    <w:rsid w:val="00B54FD0"/>
    <w:rsid w:val="00BF5D1C"/>
    <w:rsid w:val="00CB0664"/>
    <w:rsid w:val="00D571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38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846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38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846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67035B-8EC5-4C50-AB0B-4727126D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4596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Миронов Павел Алексеевич</cp:lastModifiedBy>
  <cp:revision>6</cp:revision>
  <dcterms:created xsi:type="dcterms:W3CDTF">2013-12-23T23:15:00Z</dcterms:created>
  <dcterms:modified xsi:type="dcterms:W3CDTF">2026-07-28T08:56:00Z</dcterms:modified>
  <cp:category/>
</cp:coreProperties>
</file>